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delivering data infrastructure and platform products at enterprise scale — from owning Splunk's search and data pipeline services to scaling Intuit's data platform to 675M+ engagements across QuickBooks, TurboTax, and Mailchimp. Proven record translating ambiguous technical customer feedback into bold product vision, leading cross-functional teams of engineers and designers, and executing 0-to-1 data products end-to-end. Deep fluency with data/operations personas, API integrations, and cloud data infrastructure; NeurIPS published researcher.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Data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Intuit's core data platform (ICE) to 675M+ engagements in FY23 across QuickBooks, TurboTax, Mint, Mailchimp, and Credit Karma — 275% YoY growth — by owning product roadmap, cross-functional execution, and platform strategy across 20+ mobile apps and 30+ product SKUs.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data infrastructure migration (MSaaS), delivering Golang service template, MySQL persistence integration, and updated developer documentation to meet production deadline — directly analogous to cross-cloud data pipeline work.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Asterias, a declarative asset lifecycle management platform with GraphQL API, enabling data-driven visibility into service dependencies across the enterprise.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distill developer pain points into prioritized product direction; conducted enterprise-wide Service Language Assessment across 9 languages, presenting findings to CTO.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platform throughput from 6K to 50K TPS via rSocket migration supporting ~1.5M concurrent connections with sub-25ms TP99; implemented ICE Presence in async chat, generating $480K/month in additional invoicing.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authored Java JAR library to scan Git repos for configuration drift and built remediation roadmap using OpenRewrite. DeveloperWeek 2022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Data Pipeline &amp; Search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core data pipeline and query infrastructure products for Splunk Cloud Services (SCS); built product roadmaps, PRDs, and acceptance criteria.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enterprise beta customer (Assurance), building mirrored topology for benchmark testing and achieving up to 10x performance improvements in SCS search — turning ambiguous customer pain into measurable product wins.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data pipeline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backlogs, balancing Fortune 500 customer requirements, internal partners, and third-party developer needs.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customer discovery, and go-to-market execution for a multi-platform AI product integrating real-time data from Redfin/Zillow APIs, Claude (MCP SDK), and ElevenLabs — demonstrating end-to-end ownership across ambiguous, fast-moving product territory.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delegation, enabling coordinated data workflows across real estate, insurance, health/dental, and financial markets — a reverse-data-flow architecture routing enriched outputs back to operational contexts.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 (Kinde OAuth 2.0, Stripe subscriptions) and shipped cross-platform desktop builds (macOS DMG, Linux .deb) with native OS integrations.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 and multi-provider LLM orchestration (Claude, GPT-4, Gemini) with fallback routing — a multi-source data integration layer delivering context-aware insights to retail investor operations personas.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discovery, iterated product based on trader feedback, and executed go-to-market through App Store launch.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— a large-scale data ingestion and observability platform serving data/operations personas across the enterprise.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to address scalability, fault tolerance, and data redundancy; led demand forecasting and capacity planning for SOA product suite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and data infrastructure products; led cross-functional root cause analysis,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types, adversarial safety testing, and CI/CD regression detection. Stack: FastAPI orchestrator, TimescaleDB, Redis job queue, Next.js dashboard, Ollama — demonstrating end-to-end data pipeline design from ingestion to structured reporting.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benchmarking GRPO/DPO across TRL, VeRL, OpenRLHF, and NeMo RL; implemented 12 RL algorithms with standardized throughput/memory/convergence benchmarking across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ML platform in PyTorch with 5 neural architectures, MLflow experiment tracking, Optuna HPO, and FastAPI serving — 823 automated tests, Docker orchestration (6 containers).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Java Programming (CIS 35A/B, 36A/B); Introduction to PL/SQL (CIS 64C/G); Introduction to Data Analytics (CIS 44F); Fundamentals of Large Scale Cloud Computing — AWS, GCP (CIS 64E); Ethical Hacking (CIS 102); Digital Forensics (CIS 104); Managing Cloud Projects (CIS 95F).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